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A8A08" w14:textId="77777777" w:rsidR="00AF3DD1" w:rsidRPr="00A82121" w:rsidRDefault="00163778">
      <w:pPr>
        <w:pStyle w:val="Titolo1"/>
        <w:jc w:val="center"/>
        <w:rPr>
          <w:rFonts w:ascii="Arial" w:hAnsi="Arial" w:cs="Arial"/>
          <w:sz w:val="24"/>
          <w:szCs w:val="24"/>
          <w:lang w:val="it-IT"/>
        </w:rPr>
      </w:pPr>
      <w:bookmarkStart w:id="0" w:name="_GoBack"/>
      <w:bookmarkEnd w:id="0"/>
      <w:r w:rsidRPr="00A82121">
        <w:rPr>
          <w:rFonts w:ascii="Arial" w:hAnsi="Arial" w:cs="Arial"/>
          <w:sz w:val="24"/>
          <w:szCs w:val="24"/>
          <w:lang w:val="it-IT"/>
        </w:rPr>
        <w:t>ALLEGATO A</w:t>
      </w:r>
    </w:p>
    <w:p w14:paraId="066E1666" w14:textId="77777777" w:rsidR="00AF3DD1" w:rsidRPr="00A82121" w:rsidRDefault="00163778">
      <w:pPr>
        <w:pStyle w:val="Titolo2"/>
        <w:jc w:val="center"/>
        <w:rPr>
          <w:rFonts w:ascii="Arial" w:hAnsi="Arial" w:cs="Arial"/>
          <w:sz w:val="24"/>
          <w:szCs w:val="24"/>
          <w:lang w:val="it-IT"/>
        </w:rPr>
      </w:pPr>
      <w:r w:rsidRPr="00A82121">
        <w:rPr>
          <w:rFonts w:ascii="Arial" w:hAnsi="Arial" w:cs="Arial"/>
          <w:sz w:val="24"/>
          <w:szCs w:val="24"/>
          <w:lang w:val="it-IT"/>
        </w:rPr>
        <w:t>DOMANDA DI MANIFESTAZIONE DI DISPONIBILITÀ E DICHIARAZIONE SOSTITUTIVA</w:t>
      </w:r>
    </w:p>
    <w:p w14:paraId="644B9FEE" w14:textId="77777777" w:rsidR="00A82121" w:rsidRPr="005F17C2" w:rsidRDefault="00A82121" w:rsidP="00A82121">
      <w:pPr>
        <w:pStyle w:val="Titolo1"/>
        <w:jc w:val="center"/>
        <w:rPr>
          <w:rFonts w:ascii="Arial" w:hAnsi="Arial" w:cs="Arial"/>
          <w:color w:val="auto"/>
          <w:sz w:val="20"/>
          <w:szCs w:val="20"/>
          <w:lang w:val="it-IT"/>
        </w:rPr>
      </w:pPr>
      <w:r w:rsidRPr="005F17C2">
        <w:rPr>
          <w:rFonts w:ascii="Arial" w:hAnsi="Arial" w:cs="Arial"/>
          <w:color w:val="auto"/>
          <w:sz w:val="20"/>
          <w:szCs w:val="20"/>
          <w:lang w:val="it-IT"/>
        </w:rPr>
        <w:t xml:space="preserve">Ricognizione conoscitiva rivolta al personale del sistema regione </w:t>
      </w:r>
      <w:r>
        <w:rPr>
          <w:rFonts w:ascii="Arial" w:hAnsi="Arial" w:cs="Arial"/>
          <w:color w:val="auto"/>
          <w:sz w:val="20"/>
          <w:szCs w:val="20"/>
          <w:lang w:val="it-IT"/>
        </w:rPr>
        <w:t>f</w:t>
      </w:r>
      <w:r w:rsidRPr="005F17C2">
        <w:rPr>
          <w:rFonts w:ascii="Arial" w:hAnsi="Arial" w:cs="Arial"/>
          <w:color w:val="auto"/>
          <w:sz w:val="20"/>
          <w:szCs w:val="20"/>
          <w:lang w:val="it-IT"/>
        </w:rPr>
        <w:t>inalizzata all'individuazione di professionalità interne disponibili allo svolgimento di attività di supporto specialistico alle attività di programmazione degli interventi e alle figure responsabili delle diverse fasi del procedimento della Direzione Generale dei Lavori Pubblici.</w:t>
      </w:r>
    </w:p>
    <w:p w14:paraId="56F6D55F" w14:textId="77777777" w:rsidR="00AF3DD1" w:rsidRDefault="00163778">
      <w:pPr>
        <w:pStyle w:val="Titolo3"/>
      </w:pPr>
      <w:r>
        <w:t>1. DATI DEL DIPENDENTE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AF3DD1" w14:paraId="16B08F3D" w14:textId="77777777">
        <w:tc>
          <w:tcPr>
            <w:tcW w:w="4320" w:type="dxa"/>
          </w:tcPr>
          <w:p w14:paraId="56648B6E" w14:textId="77777777" w:rsidR="00AF3DD1" w:rsidRDefault="00163778">
            <w:r>
              <w:t>Cognome e Nome</w:t>
            </w:r>
          </w:p>
        </w:tc>
        <w:tc>
          <w:tcPr>
            <w:tcW w:w="4320" w:type="dxa"/>
          </w:tcPr>
          <w:p w14:paraId="6A45E6B5" w14:textId="77777777" w:rsidR="00AF3DD1" w:rsidRDefault="00AF3DD1"/>
        </w:tc>
      </w:tr>
      <w:tr w:rsidR="00AF3DD1" w14:paraId="643E9640" w14:textId="77777777">
        <w:tc>
          <w:tcPr>
            <w:tcW w:w="4320" w:type="dxa"/>
          </w:tcPr>
          <w:p w14:paraId="0E73D6B4" w14:textId="77777777" w:rsidR="00AF3DD1" w:rsidRDefault="00163778">
            <w:r>
              <w:t>Codice fiscale</w:t>
            </w:r>
          </w:p>
        </w:tc>
        <w:tc>
          <w:tcPr>
            <w:tcW w:w="4320" w:type="dxa"/>
          </w:tcPr>
          <w:p w14:paraId="0D006C12" w14:textId="77777777" w:rsidR="00AF3DD1" w:rsidRDefault="00AF3DD1"/>
        </w:tc>
      </w:tr>
      <w:tr w:rsidR="00AF3DD1" w14:paraId="6D7855D7" w14:textId="77777777">
        <w:tc>
          <w:tcPr>
            <w:tcW w:w="4320" w:type="dxa"/>
          </w:tcPr>
          <w:p w14:paraId="5016F96E" w14:textId="77777777" w:rsidR="00AF3DD1" w:rsidRDefault="00163778">
            <w:r>
              <w:t>Categoria / Area</w:t>
            </w:r>
          </w:p>
        </w:tc>
        <w:tc>
          <w:tcPr>
            <w:tcW w:w="4320" w:type="dxa"/>
          </w:tcPr>
          <w:p w14:paraId="1C6BC52F" w14:textId="77777777" w:rsidR="00AF3DD1" w:rsidRDefault="00AF3DD1"/>
        </w:tc>
      </w:tr>
      <w:tr w:rsidR="00AF3DD1" w14:paraId="39F40221" w14:textId="77777777">
        <w:tc>
          <w:tcPr>
            <w:tcW w:w="4320" w:type="dxa"/>
          </w:tcPr>
          <w:p w14:paraId="3C821B08" w14:textId="77777777" w:rsidR="00AF3DD1" w:rsidRDefault="00163778">
            <w:r>
              <w:t>Direzione Generale</w:t>
            </w:r>
          </w:p>
        </w:tc>
        <w:tc>
          <w:tcPr>
            <w:tcW w:w="4320" w:type="dxa"/>
          </w:tcPr>
          <w:p w14:paraId="6653DA8B" w14:textId="77777777" w:rsidR="00AF3DD1" w:rsidRDefault="00AF3DD1"/>
        </w:tc>
      </w:tr>
      <w:tr w:rsidR="00AF3DD1" w14:paraId="3D8718BA" w14:textId="77777777">
        <w:tc>
          <w:tcPr>
            <w:tcW w:w="4320" w:type="dxa"/>
          </w:tcPr>
          <w:p w14:paraId="61027A96" w14:textId="77777777" w:rsidR="00AF3DD1" w:rsidRDefault="00163778">
            <w:r>
              <w:t>Servizio</w:t>
            </w:r>
          </w:p>
        </w:tc>
        <w:tc>
          <w:tcPr>
            <w:tcW w:w="4320" w:type="dxa"/>
          </w:tcPr>
          <w:p w14:paraId="3725BB16" w14:textId="77777777" w:rsidR="00AF3DD1" w:rsidRDefault="00AF3DD1"/>
        </w:tc>
      </w:tr>
      <w:tr w:rsidR="00AF3DD1" w14:paraId="6526564E" w14:textId="77777777">
        <w:tc>
          <w:tcPr>
            <w:tcW w:w="4320" w:type="dxa"/>
          </w:tcPr>
          <w:p w14:paraId="02CC7A54" w14:textId="77777777" w:rsidR="00AF3DD1" w:rsidRDefault="00163778">
            <w:r>
              <w:t>Sede di servizio</w:t>
            </w:r>
          </w:p>
        </w:tc>
        <w:tc>
          <w:tcPr>
            <w:tcW w:w="4320" w:type="dxa"/>
          </w:tcPr>
          <w:p w14:paraId="797DAB6C" w14:textId="77777777" w:rsidR="00AF3DD1" w:rsidRDefault="00AF3DD1"/>
        </w:tc>
      </w:tr>
      <w:tr w:rsidR="00AF3DD1" w14:paraId="2A888F67" w14:textId="77777777">
        <w:tc>
          <w:tcPr>
            <w:tcW w:w="4320" w:type="dxa"/>
          </w:tcPr>
          <w:p w14:paraId="0AC9D9DD" w14:textId="77777777" w:rsidR="00AF3DD1" w:rsidRDefault="00163778">
            <w:r>
              <w:t>Telefono</w:t>
            </w:r>
          </w:p>
        </w:tc>
        <w:tc>
          <w:tcPr>
            <w:tcW w:w="4320" w:type="dxa"/>
          </w:tcPr>
          <w:p w14:paraId="7CB7997F" w14:textId="77777777" w:rsidR="00AF3DD1" w:rsidRDefault="00AF3DD1"/>
        </w:tc>
      </w:tr>
      <w:tr w:rsidR="00AF3DD1" w14:paraId="314D6A7A" w14:textId="77777777">
        <w:tc>
          <w:tcPr>
            <w:tcW w:w="4320" w:type="dxa"/>
          </w:tcPr>
          <w:p w14:paraId="53F23C68" w14:textId="77777777" w:rsidR="00AF3DD1" w:rsidRDefault="00163778">
            <w:r>
              <w:t>E-mail</w:t>
            </w:r>
          </w:p>
        </w:tc>
        <w:tc>
          <w:tcPr>
            <w:tcW w:w="4320" w:type="dxa"/>
          </w:tcPr>
          <w:p w14:paraId="0F044165" w14:textId="77777777" w:rsidR="00AF3DD1" w:rsidRDefault="00AF3DD1"/>
        </w:tc>
      </w:tr>
    </w:tbl>
    <w:p w14:paraId="01FA994D" w14:textId="77777777" w:rsidR="00AF3DD1" w:rsidRDefault="00163778">
      <w:pPr>
        <w:pStyle w:val="Titolo3"/>
      </w:pPr>
      <w:r>
        <w:t>2. TITOLO DI STUDIO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AF3DD1" w14:paraId="0BE421FF" w14:textId="77777777">
        <w:tc>
          <w:tcPr>
            <w:tcW w:w="4320" w:type="dxa"/>
          </w:tcPr>
          <w:p w14:paraId="05D7BD53" w14:textId="77777777" w:rsidR="00AF3DD1" w:rsidRDefault="00163778">
            <w:r>
              <w:t>Laurea</w:t>
            </w:r>
          </w:p>
        </w:tc>
        <w:tc>
          <w:tcPr>
            <w:tcW w:w="4320" w:type="dxa"/>
          </w:tcPr>
          <w:p w14:paraId="4086BBEC" w14:textId="77777777" w:rsidR="00AF3DD1" w:rsidRDefault="00AF3DD1"/>
        </w:tc>
      </w:tr>
      <w:tr w:rsidR="00AF3DD1" w14:paraId="3BFAC65E" w14:textId="77777777">
        <w:tc>
          <w:tcPr>
            <w:tcW w:w="4320" w:type="dxa"/>
          </w:tcPr>
          <w:p w14:paraId="49F8F2F3" w14:textId="77777777" w:rsidR="00AF3DD1" w:rsidRDefault="00163778">
            <w:r>
              <w:t>Università</w:t>
            </w:r>
          </w:p>
        </w:tc>
        <w:tc>
          <w:tcPr>
            <w:tcW w:w="4320" w:type="dxa"/>
          </w:tcPr>
          <w:p w14:paraId="6E8D40C5" w14:textId="77777777" w:rsidR="00AF3DD1" w:rsidRDefault="00AF3DD1"/>
        </w:tc>
      </w:tr>
      <w:tr w:rsidR="00AF3DD1" w14:paraId="329CEBF6" w14:textId="77777777">
        <w:tc>
          <w:tcPr>
            <w:tcW w:w="4320" w:type="dxa"/>
          </w:tcPr>
          <w:p w14:paraId="1E98E748" w14:textId="77777777" w:rsidR="00AF3DD1" w:rsidRDefault="00163778">
            <w:r>
              <w:t>Anno</w:t>
            </w:r>
          </w:p>
        </w:tc>
        <w:tc>
          <w:tcPr>
            <w:tcW w:w="4320" w:type="dxa"/>
          </w:tcPr>
          <w:p w14:paraId="6AED748B" w14:textId="77777777" w:rsidR="00AF3DD1" w:rsidRDefault="00AF3DD1"/>
        </w:tc>
      </w:tr>
      <w:tr w:rsidR="00AF3DD1" w14:paraId="12AC1685" w14:textId="77777777">
        <w:tc>
          <w:tcPr>
            <w:tcW w:w="4320" w:type="dxa"/>
          </w:tcPr>
          <w:p w14:paraId="491512C2" w14:textId="77777777" w:rsidR="00AF3DD1" w:rsidRDefault="00163778">
            <w:r>
              <w:t>Votazione</w:t>
            </w:r>
          </w:p>
        </w:tc>
        <w:tc>
          <w:tcPr>
            <w:tcW w:w="4320" w:type="dxa"/>
          </w:tcPr>
          <w:p w14:paraId="487D86E0" w14:textId="77777777" w:rsidR="00AF3DD1" w:rsidRDefault="00AF3DD1"/>
        </w:tc>
      </w:tr>
      <w:tr w:rsidR="00AF3DD1" w14:paraId="0CD66A74" w14:textId="77777777">
        <w:tc>
          <w:tcPr>
            <w:tcW w:w="4320" w:type="dxa"/>
          </w:tcPr>
          <w:p w14:paraId="6EE8A94E" w14:textId="77777777" w:rsidR="00AF3DD1" w:rsidRDefault="00163778">
            <w:r>
              <w:t>Ulteriori titoli</w:t>
            </w:r>
          </w:p>
        </w:tc>
        <w:tc>
          <w:tcPr>
            <w:tcW w:w="4320" w:type="dxa"/>
          </w:tcPr>
          <w:p w14:paraId="6EB40FFE" w14:textId="77777777" w:rsidR="00AF3DD1" w:rsidRDefault="00AF3DD1"/>
        </w:tc>
      </w:tr>
    </w:tbl>
    <w:p w14:paraId="18BE9C44" w14:textId="77777777" w:rsidR="00AF3DD1" w:rsidRPr="00A82121" w:rsidRDefault="00163778">
      <w:pPr>
        <w:pStyle w:val="Titolo3"/>
        <w:rPr>
          <w:lang w:val="it-IT"/>
        </w:rPr>
      </w:pPr>
      <w:r w:rsidRPr="00A82121">
        <w:rPr>
          <w:lang w:val="it-IT"/>
        </w:rPr>
        <w:t>3. ISCRIZIONE AD ALBI (se pertinente)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AF3DD1" w14:paraId="640F0E41" w14:textId="77777777">
        <w:tc>
          <w:tcPr>
            <w:tcW w:w="4320" w:type="dxa"/>
          </w:tcPr>
          <w:p w14:paraId="637D920D" w14:textId="77777777" w:rsidR="00AF3DD1" w:rsidRDefault="00163778">
            <w:proofErr w:type="spellStart"/>
            <w:r>
              <w:t>Ordine</w:t>
            </w:r>
            <w:proofErr w:type="spellEnd"/>
            <w:r>
              <w:t>/</w:t>
            </w:r>
            <w:proofErr w:type="spellStart"/>
            <w:r>
              <w:t>Collegio</w:t>
            </w:r>
            <w:proofErr w:type="spellEnd"/>
          </w:p>
        </w:tc>
        <w:tc>
          <w:tcPr>
            <w:tcW w:w="4320" w:type="dxa"/>
          </w:tcPr>
          <w:p w14:paraId="6358E326" w14:textId="77777777" w:rsidR="00AF3DD1" w:rsidRDefault="00AF3DD1"/>
        </w:tc>
      </w:tr>
      <w:tr w:rsidR="00AF3DD1" w14:paraId="6DBCC040" w14:textId="77777777">
        <w:tc>
          <w:tcPr>
            <w:tcW w:w="4320" w:type="dxa"/>
          </w:tcPr>
          <w:p w14:paraId="30A2D192" w14:textId="77777777" w:rsidR="00AF3DD1" w:rsidRDefault="00163778">
            <w:r>
              <w:t>Provincia</w:t>
            </w:r>
          </w:p>
        </w:tc>
        <w:tc>
          <w:tcPr>
            <w:tcW w:w="4320" w:type="dxa"/>
          </w:tcPr>
          <w:p w14:paraId="714E8E7A" w14:textId="77777777" w:rsidR="00AF3DD1" w:rsidRDefault="00AF3DD1"/>
        </w:tc>
      </w:tr>
      <w:tr w:rsidR="00AF3DD1" w14:paraId="7302FC22" w14:textId="77777777">
        <w:tc>
          <w:tcPr>
            <w:tcW w:w="4320" w:type="dxa"/>
          </w:tcPr>
          <w:p w14:paraId="7D2840AC" w14:textId="77777777" w:rsidR="00AF3DD1" w:rsidRDefault="00163778">
            <w:r>
              <w:t>Numero iscrizione</w:t>
            </w:r>
          </w:p>
        </w:tc>
        <w:tc>
          <w:tcPr>
            <w:tcW w:w="4320" w:type="dxa"/>
          </w:tcPr>
          <w:p w14:paraId="0C45F635" w14:textId="77777777" w:rsidR="00AF3DD1" w:rsidRDefault="00AF3DD1"/>
        </w:tc>
      </w:tr>
    </w:tbl>
    <w:p w14:paraId="548F9CFC" w14:textId="77777777" w:rsidR="00AF3DD1" w:rsidRDefault="00163778">
      <w:pPr>
        <w:pStyle w:val="Titolo3"/>
      </w:pPr>
      <w:r>
        <w:t>4. ESPERIENZA PROFESSIONALE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58"/>
        <w:gridCol w:w="2157"/>
        <w:gridCol w:w="2158"/>
        <w:gridCol w:w="2157"/>
      </w:tblGrid>
      <w:tr w:rsidR="00AF3DD1" w14:paraId="069CDDA8" w14:textId="77777777">
        <w:tc>
          <w:tcPr>
            <w:tcW w:w="2160" w:type="dxa"/>
          </w:tcPr>
          <w:p w14:paraId="24865A79" w14:textId="77777777" w:rsidR="00AF3DD1" w:rsidRDefault="00163778">
            <w:r>
              <w:t>Periodo</w:t>
            </w:r>
          </w:p>
        </w:tc>
        <w:tc>
          <w:tcPr>
            <w:tcW w:w="2160" w:type="dxa"/>
          </w:tcPr>
          <w:p w14:paraId="51498F26" w14:textId="77777777" w:rsidR="00AF3DD1" w:rsidRDefault="00163778">
            <w:r>
              <w:t>Ente</w:t>
            </w:r>
          </w:p>
        </w:tc>
        <w:tc>
          <w:tcPr>
            <w:tcW w:w="2160" w:type="dxa"/>
          </w:tcPr>
          <w:p w14:paraId="0E0591AE" w14:textId="77777777" w:rsidR="00AF3DD1" w:rsidRDefault="00163778">
            <w:r>
              <w:t>Attività svolta</w:t>
            </w:r>
          </w:p>
        </w:tc>
        <w:tc>
          <w:tcPr>
            <w:tcW w:w="2160" w:type="dxa"/>
          </w:tcPr>
          <w:p w14:paraId="06B270C5" w14:textId="77777777" w:rsidR="00AF3DD1" w:rsidRDefault="00163778">
            <w:r>
              <w:t>Ruolo</w:t>
            </w:r>
          </w:p>
        </w:tc>
      </w:tr>
      <w:tr w:rsidR="00AF3DD1" w14:paraId="6B860E68" w14:textId="77777777">
        <w:tc>
          <w:tcPr>
            <w:tcW w:w="2160" w:type="dxa"/>
          </w:tcPr>
          <w:p w14:paraId="4AF03053" w14:textId="77777777" w:rsidR="00AF3DD1" w:rsidRDefault="00AF3DD1"/>
        </w:tc>
        <w:tc>
          <w:tcPr>
            <w:tcW w:w="2160" w:type="dxa"/>
          </w:tcPr>
          <w:p w14:paraId="7B7AC620" w14:textId="77777777" w:rsidR="00AF3DD1" w:rsidRDefault="00AF3DD1"/>
        </w:tc>
        <w:tc>
          <w:tcPr>
            <w:tcW w:w="2160" w:type="dxa"/>
          </w:tcPr>
          <w:p w14:paraId="300FC1FF" w14:textId="77777777" w:rsidR="00AF3DD1" w:rsidRDefault="00AF3DD1"/>
        </w:tc>
        <w:tc>
          <w:tcPr>
            <w:tcW w:w="2160" w:type="dxa"/>
          </w:tcPr>
          <w:p w14:paraId="67921D97" w14:textId="77777777" w:rsidR="00AF3DD1" w:rsidRDefault="00AF3DD1"/>
        </w:tc>
      </w:tr>
    </w:tbl>
    <w:p w14:paraId="10E3A2D8" w14:textId="77777777" w:rsidR="00AF3DD1" w:rsidRDefault="00163778">
      <w:r>
        <w:t>Aggiungere righe secondo necessità.</w:t>
      </w:r>
    </w:p>
    <w:p w14:paraId="07EB0413" w14:textId="77777777" w:rsidR="00AF3DD1" w:rsidRDefault="00163778">
      <w:pPr>
        <w:pStyle w:val="Titolo3"/>
      </w:pPr>
      <w:r>
        <w:t>5. COMPETENZE SPECIALISTICHE</w:t>
      </w:r>
    </w:p>
    <w:p w14:paraId="5E080AF1" w14:textId="77777777" w:rsidR="00AF3DD1" w:rsidRDefault="00163778">
      <w:r>
        <w:t>☐ Programmazione opere pubbliche</w:t>
      </w:r>
    </w:p>
    <w:p w14:paraId="7598A8AC" w14:textId="77777777" w:rsidR="00AF3DD1" w:rsidRDefault="00163778">
      <w:r>
        <w:t>☐ Programmazione finanziamenti</w:t>
      </w:r>
    </w:p>
    <w:p w14:paraId="7C8BC89D" w14:textId="77777777" w:rsidR="00AF3DD1" w:rsidRDefault="00163778">
      <w:r>
        <w:t>☐ Progettazione/PFTE</w:t>
      </w:r>
    </w:p>
    <w:p w14:paraId="199C323D" w14:textId="77777777" w:rsidR="00AF3DD1" w:rsidRDefault="00163778">
      <w:r>
        <w:lastRenderedPageBreak/>
        <w:t>☐ Procedure di gara</w:t>
      </w:r>
    </w:p>
    <w:p w14:paraId="184003BD" w14:textId="77777777" w:rsidR="00AF3DD1" w:rsidRDefault="00163778">
      <w:r>
        <w:t>☐ Esecuzione contratti</w:t>
      </w:r>
    </w:p>
    <w:p w14:paraId="6ADC1843" w14:textId="77777777" w:rsidR="00AF3DD1" w:rsidRDefault="00163778">
      <w:r>
        <w:t>☐ Contabilità lavori</w:t>
      </w:r>
    </w:p>
    <w:p w14:paraId="189BC1CC" w14:textId="77777777" w:rsidR="00AF3DD1" w:rsidRDefault="00163778">
      <w:r>
        <w:t>☐ Collaudi</w:t>
      </w:r>
    </w:p>
    <w:p w14:paraId="2A66618A" w14:textId="77777777" w:rsidR="00AF3DD1" w:rsidRDefault="00163778">
      <w:r>
        <w:t>☐ Monitoraggio</w:t>
      </w:r>
    </w:p>
    <w:p w14:paraId="34B8A7FA" w14:textId="77777777" w:rsidR="00AF3DD1" w:rsidRDefault="00163778">
      <w:r>
        <w:t>☐ Rendicontazione</w:t>
      </w:r>
    </w:p>
    <w:p w14:paraId="2B10E82E" w14:textId="77777777" w:rsidR="00AF3DD1" w:rsidRDefault="00163778">
      <w:r>
        <w:t>☐ BIM</w:t>
      </w:r>
    </w:p>
    <w:p w14:paraId="42A7F5B1" w14:textId="77777777" w:rsidR="00AF3DD1" w:rsidRDefault="00163778">
      <w:r>
        <w:t>☐ GIS</w:t>
      </w:r>
    </w:p>
    <w:p w14:paraId="40895DFE" w14:textId="77777777" w:rsidR="00AF3DD1" w:rsidRDefault="00163778">
      <w:r>
        <w:t>☐ Trasporti</w:t>
      </w:r>
    </w:p>
    <w:p w14:paraId="70E7B92E" w14:textId="77777777" w:rsidR="00AF3DD1" w:rsidRDefault="00163778">
      <w:r>
        <w:t>☐ Sicurezza stradale</w:t>
      </w:r>
    </w:p>
    <w:p w14:paraId="04B806BC" w14:textId="77777777" w:rsidR="00AF3DD1" w:rsidRDefault="00163778">
      <w:r>
        <w:t>☐ Geologia</w:t>
      </w:r>
    </w:p>
    <w:p w14:paraId="22E718DD" w14:textId="77777777" w:rsidR="00AF3DD1" w:rsidRDefault="00163778">
      <w:r>
        <w:t>☐ Informatica</w:t>
      </w:r>
    </w:p>
    <w:p w14:paraId="16B1A377" w14:textId="77777777" w:rsidR="00AF3DD1" w:rsidRDefault="00163778">
      <w:r>
        <w:t>☐ Sistemi informativi</w:t>
      </w:r>
    </w:p>
    <w:p w14:paraId="37D8C327" w14:textId="77777777" w:rsidR="00AF3DD1" w:rsidRDefault="00163778">
      <w:r>
        <w:t>☐ Analisi economico-finanziaria</w:t>
      </w:r>
    </w:p>
    <w:p w14:paraId="11C38E7B" w14:textId="77777777" w:rsidR="00AF3DD1" w:rsidRDefault="00163778">
      <w:r>
        <w:t>☐ Supporto amministrativo</w:t>
      </w:r>
    </w:p>
    <w:p w14:paraId="163DB9F6" w14:textId="77777777" w:rsidR="00AF3DD1" w:rsidRDefault="00163778">
      <w:r>
        <w:t>☐ Altro __________</w:t>
      </w:r>
    </w:p>
    <w:p w14:paraId="5913CB76" w14:textId="77777777" w:rsidR="00AF3DD1" w:rsidRDefault="00163778">
      <w:pPr>
        <w:pStyle w:val="Titolo3"/>
      </w:pPr>
      <w:r>
        <w:t>6. DISPONIBILITÀ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AF3DD1" w14:paraId="2E845807" w14:textId="77777777">
        <w:tc>
          <w:tcPr>
            <w:tcW w:w="4320" w:type="dxa"/>
          </w:tcPr>
          <w:p w14:paraId="67715770" w14:textId="77777777" w:rsidR="00AF3DD1" w:rsidRDefault="00163778">
            <w:r>
              <w:t>Disponibilità (Immediata / Entro ___ giorni)</w:t>
            </w:r>
          </w:p>
        </w:tc>
        <w:tc>
          <w:tcPr>
            <w:tcW w:w="4320" w:type="dxa"/>
          </w:tcPr>
          <w:p w14:paraId="02346145" w14:textId="77777777" w:rsidR="00AF3DD1" w:rsidRDefault="00AF3DD1"/>
        </w:tc>
      </w:tr>
      <w:tr w:rsidR="00AF3DD1" w14:paraId="6B3F9E38" w14:textId="77777777">
        <w:tc>
          <w:tcPr>
            <w:tcW w:w="4320" w:type="dxa"/>
          </w:tcPr>
          <w:p w14:paraId="2631D4B8" w14:textId="77777777" w:rsidR="00AF3DD1" w:rsidRDefault="00163778">
            <w:r>
              <w:t>Eventuali limitazioni</w:t>
            </w:r>
          </w:p>
        </w:tc>
        <w:tc>
          <w:tcPr>
            <w:tcW w:w="4320" w:type="dxa"/>
          </w:tcPr>
          <w:p w14:paraId="60BA6EF5" w14:textId="77777777" w:rsidR="00AF3DD1" w:rsidRDefault="00AF3DD1"/>
        </w:tc>
      </w:tr>
    </w:tbl>
    <w:p w14:paraId="02A5B5CC" w14:textId="77777777" w:rsidR="00AF3DD1" w:rsidRDefault="00163778">
      <w:pPr>
        <w:pStyle w:val="Titolo3"/>
      </w:pPr>
      <w:r>
        <w:t>7. DICHIARAZIONI</w:t>
      </w:r>
    </w:p>
    <w:p w14:paraId="2A3BF282" w14:textId="77777777" w:rsidR="00AF3DD1" w:rsidRDefault="00163778">
      <w:r>
        <w:t>☐ Possesso dei requisiti richiesti;</w:t>
      </w:r>
    </w:p>
    <w:p w14:paraId="58D31CD3" w14:textId="77777777" w:rsidR="00AF3DD1" w:rsidRPr="00A82121" w:rsidRDefault="00163778">
      <w:pPr>
        <w:rPr>
          <w:lang w:val="it-IT"/>
        </w:rPr>
      </w:pPr>
      <w:r w:rsidRPr="00A82121">
        <w:rPr>
          <w:lang w:val="it-IT"/>
        </w:rPr>
        <w:t>☐ Veridicità del curriculum vitae allegato;</w:t>
      </w:r>
    </w:p>
    <w:p w14:paraId="3605B2F4" w14:textId="77777777" w:rsidR="00AF3DD1" w:rsidRPr="00A82121" w:rsidRDefault="00163778">
      <w:pPr>
        <w:rPr>
          <w:lang w:val="it-IT"/>
        </w:rPr>
      </w:pPr>
      <w:r w:rsidRPr="00A82121">
        <w:rPr>
          <w:lang w:val="it-IT"/>
        </w:rPr>
        <w:t>☐ Assenza di cause di incompatibilità o conflitto di interessi;</w:t>
      </w:r>
    </w:p>
    <w:p w14:paraId="13AF0E7D" w14:textId="77777777" w:rsidR="00AF3DD1" w:rsidRPr="00A82121" w:rsidRDefault="00163778">
      <w:pPr>
        <w:rPr>
          <w:lang w:val="it-IT"/>
        </w:rPr>
      </w:pPr>
      <w:r w:rsidRPr="00A82121">
        <w:rPr>
          <w:lang w:val="it-IT"/>
        </w:rPr>
        <w:t>☐ Presa visione dell'Avviso;</w:t>
      </w:r>
    </w:p>
    <w:p w14:paraId="3DCB8EB4" w14:textId="77777777" w:rsidR="00AF3DD1" w:rsidRPr="00A82121" w:rsidRDefault="00163778">
      <w:pPr>
        <w:rPr>
          <w:lang w:val="it-IT"/>
        </w:rPr>
      </w:pPr>
      <w:r w:rsidRPr="00A82121">
        <w:rPr>
          <w:lang w:val="it-IT"/>
        </w:rPr>
        <w:t>☐ Consenso al trattamento dei dati personali.</w:t>
      </w:r>
    </w:p>
    <w:p w14:paraId="452E5932" w14:textId="77777777" w:rsidR="00AF3DD1" w:rsidRPr="00A82121" w:rsidRDefault="00163778">
      <w:pPr>
        <w:pStyle w:val="Titolo3"/>
        <w:rPr>
          <w:lang w:val="it-IT"/>
        </w:rPr>
      </w:pPr>
      <w:r w:rsidRPr="00A82121">
        <w:rPr>
          <w:lang w:val="it-IT"/>
        </w:rPr>
        <w:lastRenderedPageBreak/>
        <w:t>8. DOCUMENTI ALLEGATI</w:t>
      </w:r>
    </w:p>
    <w:p w14:paraId="1E20A9C9" w14:textId="77777777" w:rsidR="00AF3DD1" w:rsidRPr="00A82121" w:rsidRDefault="00163778">
      <w:pPr>
        <w:rPr>
          <w:lang w:val="it-IT"/>
        </w:rPr>
      </w:pPr>
      <w:r w:rsidRPr="00A82121">
        <w:rPr>
          <w:lang w:val="it-IT"/>
        </w:rPr>
        <w:t>☐ Curriculum vitae</w:t>
      </w:r>
    </w:p>
    <w:p w14:paraId="661E3698" w14:textId="77777777" w:rsidR="00AF3DD1" w:rsidRPr="00A82121" w:rsidRDefault="00163778">
      <w:pPr>
        <w:rPr>
          <w:lang w:val="it-IT"/>
        </w:rPr>
      </w:pPr>
      <w:r w:rsidRPr="00A82121">
        <w:rPr>
          <w:lang w:val="it-IT"/>
        </w:rPr>
        <w:t>☐ Documento di identità (se necessario)</w:t>
      </w:r>
    </w:p>
    <w:p w14:paraId="3021565D" w14:textId="77777777" w:rsidR="00AF3DD1" w:rsidRPr="00A82121" w:rsidRDefault="00163778">
      <w:pPr>
        <w:rPr>
          <w:lang w:val="it-IT"/>
        </w:rPr>
      </w:pPr>
      <w:r w:rsidRPr="00A82121">
        <w:rPr>
          <w:lang w:val="it-IT"/>
        </w:rPr>
        <w:t>☐ Altro __________</w:t>
      </w:r>
    </w:p>
    <w:p w14:paraId="09FAEBE8" w14:textId="77777777" w:rsidR="00AF3DD1" w:rsidRPr="00A82121" w:rsidRDefault="00163778">
      <w:pPr>
        <w:rPr>
          <w:lang w:val="it-IT"/>
        </w:rPr>
      </w:pPr>
      <w:r w:rsidRPr="00A82121">
        <w:rPr>
          <w:lang w:val="it-IT"/>
        </w:rPr>
        <w:br/>
        <w:t>Luogo _____________   Data _____________</w:t>
      </w:r>
    </w:p>
    <w:p w14:paraId="7A38C6A5" w14:textId="77777777" w:rsidR="00AF3DD1" w:rsidRPr="00A82121" w:rsidRDefault="00163778">
      <w:pPr>
        <w:rPr>
          <w:lang w:val="it-IT"/>
        </w:rPr>
      </w:pPr>
      <w:r w:rsidRPr="00A82121">
        <w:rPr>
          <w:lang w:val="it-IT"/>
        </w:rPr>
        <w:br/>
        <w:t>Firma del dipendente ______________________________</w:t>
      </w:r>
    </w:p>
    <w:sectPr w:rsidR="00AF3DD1" w:rsidRPr="00A8212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3778"/>
    <w:rsid w:val="0029639D"/>
    <w:rsid w:val="00326F90"/>
    <w:rsid w:val="007A3CFD"/>
    <w:rsid w:val="00A82121"/>
    <w:rsid w:val="00AA1D8D"/>
    <w:rsid w:val="00AF3DD1"/>
    <w:rsid w:val="00B47730"/>
    <w:rsid w:val="00CB0664"/>
    <w:rsid w:val="00F0179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981A83"/>
  <w14:defaultImageDpi w14:val="300"/>
  <w15:docId w15:val="{C5471E15-2E0E-405B-8B9D-B6314684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F6E543-EA94-4F14-9749-A15959BA9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URP</cp:lastModifiedBy>
  <cp:revision>2</cp:revision>
  <dcterms:created xsi:type="dcterms:W3CDTF">2026-07-23T14:07:00Z</dcterms:created>
  <dcterms:modified xsi:type="dcterms:W3CDTF">2026-07-23T14:07:00Z</dcterms:modified>
  <cp:category/>
</cp:coreProperties>
</file>